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חיים ברשת</w:t>
      </w:r>
    </w:p>
    <w:p>
      <w:pPr>
        <w:bidi w:val="1"/>
        <w:spacing w:after="40" w:before="0"/>
      </w:pPr>
      <w:r>
        <w:rPr>
          <w:rFonts w:ascii="Arial" w:hAnsi="Arial" w:cs="Arial"/>
          <w:b w:val="0"/>
          <w:color w:val="5D5675"/>
          <w:sz w:val="18"/>
          <w:rtl w:val="1"/>
          <w:szCs w:val="18"/>
        </w:rPr>
        <w:t>מאגר טקסטים לתרגול · כיתה ח׳ · חוברת 1 · 5 טקסטים · גרסה: עולים</w:t>
      </w:r>
    </w:p>
    <w:p>
      <w:pPr>
        <w:bidi w:val="1"/>
        <w:spacing w:after="40" w:before="0"/>
      </w:pPr>
      <w:r>
        <w:rPr>
          <w:rFonts w:ascii="Arial" w:hAnsi="Arial" w:cs="Arial"/>
          <w:b w:val="0"/>
          <w:sz w:val="22"/>
          <w:rtl w:val="1"/>
          <w:szCs w:val="22"/>
        </w:rPr>
        <w:t>פילטרים, טלפון, תמונות, אבטחה וחדשות: איך חיים נכון עם המסך.</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  </w:t>
      </w:r>
      <w:r>
        <w:rPr>
          <w:rFonts w:ascii="Arial" w:hAnsi="Arial" w:cs="Arial"/>
          <w:b/>
          <w:sz w:val="22"/>
          <w:rtl w:val="1"/>
          <w:szCs w:val="22"/>
          <w:bCs/>
        </w:rPr>
        <w:t>האמת מאחורי הפילטרים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  </w:t>
      </w:r>
      <w:r>
        <w:rPr>
          <w:rFonts w:ascii="Arial" w:hAnsi="Arial" w:cs="Arial"/>
          <w:b/>
          <w:sz w:val="22"/>
          <w:rtl w:val="1"/>
          <w:szCs w:val="22"/>
          <w:bCs/>
        </w:rPr>
        <w:t>שבוע עם טלפון "טיפש"</w:t>
      </w:r>
      <w:r>
        <w:rPr>
          <w:rFonts w:ascii="Arial" w:hAnsi="Arial" w:cs="Arial"/>
          <w:b w:val="0"/>
          <w:color w:val="7A7392"/>
          <w:sz w:val="18"/>
          <w:rtl w:val="1"/>
          <w:szCs w:val="18"/>
        </w:rPr>
        <w:t xml:space="preserve">   יומן</w:t>
      </w:r>
    </w:p>
    <w:p>
      <w:pPr>
        <w:bidi w:val="1"/>
        <w:spacing w:after="40" w:before="0"/>
      </w:pPr>
      <w:r>
        <w:rPr>
          <w:rFonts w:ascii="Arial" w:hAnsi="Arial" w:cs="Arial"/>
          <w:b/>
          <w:color w:val="C2417A"/>
          <w:sz w:val="22"/>
          <w:rtl w:val="1"/>
          <w:szCs w:val="22"/>
          <w:bCs/>
        </w:rPr>
        <w:t xml:space="preserve">טקסט 3  </w:t>
      </w:r>
      <w:r>
        <w:rPr>
          <w:rFonts w:ascii="Arial" w:hAnsi="Arial" w:cs="Arial"/>
          <w:b/>
          <w:sz w:val="22"/>
          <w:rtl w:val="1"/>
          <w:szCs w:val="22"/>
          <w:bCs/>
        </w:rPr>
        <w:t>"זה רק מם"</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4  </w:t>
      </w:r>
      <w:r>
        <w:rPr>
          <w:rFonts w:ascii="Arial" w:hAnsi="Arial" w:cs="Arial"/>
          <w:b/>
          <w:sz w:val="22"/>
          <w:rtl w:val="1"/>
          <w:szCs w:val="22"/>
          <w:bCs/>
        </w:rPr>
        <w:t>המנעול הדיגיטלי</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5  </w:t>
      </w:r>
      <w:r>
        <w:rPr>
          <w:rFonts w:ascii="Arial" w:hAnsi="Arial" w:cs="Arial"/>
          <w:b/>
          <w:sz w:val="22"/>
          <w:rtl w:val="1"/>
          <w:szCs w:val="22"/>
          <w:bCs/>
        </w:rPr>
        <w:t>חדשות בכיס</w:t>
      </w:r>
      <w:r>
        <w:rPr>
          <w:rFonts w:ascii="Arial" w:hAnsi="Arial" w:cs="Arial"/>
          <w:b w:val="0"/>
          <w:color w:val="7A7392"/>
          <w:sz w:val="18"/>
          <w:rtl w:val="1"/>
          <w:szCs w:val="18"/>
        </w:rPr>
        <w:t xml:space="preserve">   טקסט מידעי</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 האמת מאחורי הפילטרים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אפשר לעשות בלחיצת כפתור, לפי פסקה א? ✔ א. להחליק את העור  |  תשובה מלאה: שניים מאלה: שינוי תווי הפנים; החלקת העור; הצרת הגוף; הוספת תאורה מחמיאה.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מרגישים המתבגרים לפי הפסיכולוגית? ✔ ב. תסכול ותחושה שמשהו אצלם לא בסדר  |  תשובה מלאה: הם משווים את עצמם לדמות הערוכה, מרגישים תסכול עמוק וחושבים שמשהו אצלם לא בסדר (האף, העור, השיער).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גישה אחת: שימוש ממושך מגביר חרדה חברתית ומוריד ערך עצמי. גישה שנייה (אופטימית): הכלים הם צורת יצירה מודרנית, ובני הנוער יודעים להבחין בין דמיון למציאות.  [מילים להדגשה: אילו, שתי גישות מנוגדות, פסקה ג]</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שם לב שהוא כבר לא מוכן שיצלמו אותו בלי פילטר או מזווית אחרת, ושהוא מתבייש בפניו האמיתיות – הכלי שנועד לכיף התחיל לקבוע את ההתנהגות ואת ההרגשה שלו.  [מילים להדגשה: הסיקו, מה גרם]</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שונה: בתמונה הערוכה הם נראים "מושלמים", ובמראה הם רואים את עצמם כמו שהם – עם "פגמים". דומה: בשני המקרים הם מסתכלים על עצמם ושופטים את המראה שלהם, ובשניהם השאלה היא איך אחרים יראו אותם.  [מילים להדגשה: השוו, מה שונה, מה דומה]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  [מילים להדגשה: מה משמעות, הסבירו במילים שלכם, הציעו דרך אחת]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הצהרת עמדה ברורה + נימוק הגיוני + פרט מהטקסט (למשל דברי ד"ר ברק או הניסוי של עומר) או מניסיון אישי.  [מילים להדגשה: באיזו עמדה, נמקו, פרט אחד לפחות]</w:t>
      </w:r>
    </w:p>
    <w:p>
      <w:pPr>
        <w:bidi w:val="1"/>
        <w:spacing w:after="40" w:before="0"/>
      </w:pPr>
      <w:r>
        <w:rPr>
          <w:rFonts w:ascii="Arial" w:hAnsi="Arial" w:cs="Arial"/>
          <w:b/>
          <w:color w:val="6B4FC4"/>
          <w:sz w:val="22"/>
          <w:rtl w:val="1"/>
          <w:szCs w:val="22"/>
          <w:bCs/>
        </w:rPr>
        <w:t>🔑 2. שבוע עם טלפון "טיפש" – יומן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עשתה נועה בהפסקה ביום שני? ✔ ב. קראה ספר  |  תשובה מלאה: פתחה ספר שהיה בתיק וקראה עשרים עמודים ברצף.</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שמה נועה לב ביום שלישי? ✔ ב. לנהג שאומר "בוקר טוב" לכל נוסע  |  תשובה מלאה: שניים מאלה: לעץ ליד התחנה שמתחיל להאדים; לשכנה שמטיילת עם הכלב בשבע וחצי; לנהג האוטובוס שאומר "בוקר טוב" לכל נוסע.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לפתוח את הסמארטפון בשעה הראשונה של הבוקר; לא להכניס אותו למיטה; להשאיר אותו בתיק בהפסקה לפחות פעמיים בשבוע.  [מילים להדגשה: אילו, שלושה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הרגל חזק ותחושת חוסר ביטחון: הטלפון היה בשבילה כמו משהו להיאחז בו, ובלעדיו היא מרגישה שחסרה לה תמיכה.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  [מילים להדגשה: השוו, מה מסבירה]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שזמן פנוי בלי גירויים מעורר יצירתיות; גם נועה, כשלא היה לה טלפון, ציירה, אפתה, קראה ושיחקה – כלומר מצאה דרכים חדשות להעסיק את עצמה.  [מילים להדגשה: מה רוצה לומר, איך קשור]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מהיומן (למשל: חמש שעות ביום; עידו ישן טוב יותר; מאיה הרגישה בודדה; שלושת הכללים של נועה).  [מילים להדגשה: באיזו עמדה, נמקו, פרט אחד לפחות]</w:t>
      </w:r>
    </w:p>
    <w:p>
      <w:pPr>
        <w:bidi w:val="1"/>
        <w:spacing w:after="40" w:before="0"/>
      </w:pPr>
      <w:r>
        <w:rPr>
          <w:rFonts w:ascii="Arial" w:hAnsi="Arial" w:cs="Arial"/>
          <w:b/>
          <w:color w:val="6B4FC4"/>
          <w:sz w:val="22"/>
          <w:rtl w:val="1"/>
          <w:szCs w:val="22"/>
          <w:bCs/>
        </w:rPr>
        <w:t>🔑 3. "זה רק מם"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לאורן בטיול? ✔ ב. הוא נפל לשלולית בוץ  |  תשובה מלאה: הוא החליק על אבן רטובה ונפל לתוך שלולית בוץ.</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קרה לתמונה? ✔ ב. היא התפשטה ועד הבוקר הייתה בכל מקום  |  תשובה מלאה: שניים מאלה: הגיעו עשרות תגובות של פרצופים צוחקים; מישהו הפך אותה למדבקה; מישהי שלחה אותה לאחותה בתיכון; עד הבוקר היא הייתה בכל מקום.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שמעלים תמונה של מישהו – שואלים אותו.  [מילים להדגשה: איזה כלל]</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נפגע ומושפל, אבל הסתיר זאת כדי לא להיראות "רגיש" מול כולם; החיוך היה מסכה. המשפט מלמד שלא תמיד מי שנראה צוחק באמת נהנה.  [מילים להדגשה: מה ניתן להסיק, הרגשות]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כשאחותו הקטנה הראתה לו את התמונה, הוא הבין כמה רחוק היא הגיעה ודמיין את עצמו במקום אורן. בהתחלה חשב שאין בעיה כי לא כתב משהו רע; אחר כך הרגיש אי־נוחות והזדהה עם אורן.  [מילים להדגשה: מה גרם, מה ההבדל]</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אחרי מחיקה, התמונה כבר נשמרה והועברה למקומות אחרים. בסיפור: עמית ביקש מכולם למחוק – "רוב החברים מחקו. אחרים לא"; היא גם נשלחה לאחות בתיכון והפכה למדבקה.  [מילים להדגשה: הסבירו, נמקו, פרט מן הסיפור]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התמונה יצאה מהקבוצה הסגורה; אורן "רק עשה פרצוף של צוחק").  [מילים להדגשה: באיזו עמדה, נמקו, פרט אחד לפחות]</w:t>
      </w:r>
    </w:p>
    <w:p>
      <w:pPr>
        <w:bidi w:val="1"/>
        <w:spacing w:after="40" w:before="0"/>
      </w:pPr>
      <w:r>
        <w:rPr>
          <w:rFonts w:ascii="Arial" w:hAnsi="Arial" w:cs="Arial"/>
          <w:b/>
          <w:color w:val="6B4FC4"/>
          <w:sz w:val="22"/>
          <w:rtl w:val="1"/>
          <w:szCs w:val="22"/>
          <w:bCs/>
        </w:rPr>
        <w:t>🔑 4. המנעול הדיגיטלי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איזו סיסמה היא החזקה ביותר לפי הטקסט? ✔ ג. חתול-מטריה-כוכב-ירוק  |  תשובה מלאה: שניים מאלה: ארוכה; לא כוללת שם משפחה, תאריך לידה או "123456"; מחברת כמה מילים בלי קשר ביניהן; שונה בכל מקום.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לא כדאי לפרסם בפרופיל פומבי? ✔ ב. את הכתובת שלי  |  תשובה מלאה: כתובת, שם בית הספר, מיקום בזמן אמת ומספר טלפון.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שלושה מאלה: לשמור צילומי מסך; לחסום; לדווח בפלטפורמה; לספר מיד למבוגר שסומכים עליו.  [מילים להדגשה: מה צריך לעשות, שלושה צעדים]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כולן יוצרות לחץ ודחיפות (פרס, חסימה, בקשה פתאומית) כדי שנפעל מהר בלי לחשוב; כשפועלים בלחץ, קל ללחוץ על קישור מזיק או למסור קוד.  [מילים להדגשה: מה המשותף, מדוע מסוכן]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כי מי שכוונותיו טובות אינו צריך להסתיר את הקשר; הסוד נועד לנתק את הנער או הנערה ממבוגרים שיכולים להגן עליהם.  [מילים להדגשה: מדוע]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כמו שחגורת בטיחות לא מונעת נסיעה אלא מאפשרת לנסוע בבטחה, כך הרגלי ההגנה לא נועדו להרחיק אותנו מהרשת אלא לאפשר לנו ליהנות ממנה בלי פחד.  [מילים להדגשה: הסבירו, ההשוואה]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סימן האזהרה של "סוד מההורים"; "מי שנפגע ברשת אינו אשם"; ההרגלים שאפשר ללמוד).  [מילים להדגשה: באיזו עמדה, נמקו, פרט אחד לפחות]</w:t>
      </w:r>
    </w:p>
    <w:p>
      <w:pPr>
        <w:bidi w:val="1"/>
        <w:spacing w:after="40" w:before="0"/>
      </w:pPr>
      <w:r>
        <w:rPr>
          <w:rFonts w:ascii="Arial" w:hAnsi="Arial" w:cs="Arial"/>
          <w:b/>
          <w:color w:val="6B4FC4"/>
          <w:sz w:val="22"/>
          <w:rtl w:val="1"/>
          <w:szCs w:val="22"/>
          <w:bCs/>
        </w:rPr>
        <w:t>🔑 5. חדשות בכיס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יתרון של הרשתות לפי הטקסט? ✔ ב. הן מהירות  |  תשובה מלאה: הן מהירות; הן מאפשרות לשמוע קולות של אנשים רגילים; הן נגישות.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ידיעות כוזבות מתפשטות מהר? ✔ ב. כי הן מעוררות רגשות חזקים  |  תשובה מלאה: כי הן מפתיעות, מפחידות או מרגיזות, ורגשות חזקים גורמים לנו ללחוץ על "שתף".</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לאמת מידע בשני מקורות לפחות; לתת לצד המואשם להגיב; להפריד בין ידיעה לדעה; לפרסם תיקון כשטועים.  [מילים להדגשה: אילו כללים, פסקה ד,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 כל אחד יכול לפרסם ואין עורך שבודק; בעיתונות יש עורכים, אימות בשני מקורות ופרסום תיקונים.  [מילים להדגשה: השוו, הבדל אחד]</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מצב שבו המערכות מציגות לנו בעיקר תכנים שמתאימים לדעות שלנו; היא מסוכנת כי אנחנו לא נחשפים לדעות אחרות ומתחילים לחשוב שכולם חושבים כמונו.  [מילים להדגשה: הסבירו, המונח, מדוע מסוכנת]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שכאשר אנחנו משתפים, אנחנו מחליטים מה יגיע לאחרים – בדיוק כמו עורך; לכן גם עלינו מוטלת אחריות לבדוק את המידע לפני שמפיצים אותו.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יתרונות הרשתות; מהירות ההפצה של כזב; ארבע השאלות; "העתיד הוא שילוב").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 האמת מאחורי הפילטרים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דימוי עצמי – איך אדם רואה את עצמו · מוצפים – מקבלים כמות גדולה מאוד של משהו · תסכול – הרגשה רעה כשמשהו לא מצליח · ממושך – ארוך, הרבה זמן · ביקורתית – שבודקת ושואלת, לא מקבלת הכול · אשליה – משהו שנראה אמיתי אבל אינו אמיתי</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האמת מאחורי הפילטרים</w:t>
            </w:r>
          </w:p>
          <w:p>
            <w:pPr>
              <w:bidi w:val="1"/>
            </w:pPr>
            <w:r>
              <w:rPr>
                <w:rFonts w:ascii="Arial" w:hAnsi="Arial" w:cs="Arial"/>
                <w:b/>
                <w:color w:val="5D5675"/>
                <w:sz w:val="20"/>
                <w:rtl w:val="1"/>
                <w:szCs w:val="20"/>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מחקרים שנערכו בשנים האחרונות מצביעים על כך ששימוש ממושך ברשתות שמבוססות על מראה חיצוני עלול להגביר חרדה חברתית ולהוריד את הערך העצמי, במיוחד בקרב תלמידים ותלמידות בכיתות ח׳ ו־ט׳. מנגד, יש בני נוער ומחנכים שמציגים גישה אופטימית יותר. לדבריהם, הכלים הדיגיטליים הם צורה מודרנית של יצירה ושל משחק עם זהות, ובני הנוער של היום נבונים מספיק כדי להבחין בין עולם הדמיון שברשת לבין החיים האמיתיים.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אפשר לעשות בלחיצת כפתור, לפי פסקה א?</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להחליק את העור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לשנות את הגובה במציאות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לשנות את הקול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מרגישים המתבגרים לפי הפסיכולוגית?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תסכול ותחושה שמשהו אצלם לא בסדר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שעמום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בפסקה ג לגבי השפעת הכלים הדיגיטליים?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מדבריו של עומר בפסקה ד: מה גרם לו להבין שהפילטרים "התחילו לנהל אותו"?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עומר הבין זאת כששם לב ש… 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האופן שבו מתבגרים רואים את עצמם במראה לבין האופן שבו הם רואים את עצמם בתמונות הערוכות, על סמך פסקאות א–ב. מה שונה ומה דומה?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המונח "חוסן חזותי" (פסקה ה)? הסבירו במילים שלכם, והציעו דרך אחת ליישם אותו בבית הספר.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חוסן חזותי הוא היכולת… 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לפחות על פרט אחד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 שבוע עם טלפון "טיפש"</w:t>
      </w:r>
    </w:p>
    <w:p>
      <w:pPr>
        <w:bidi w:val="1"/>
        <w:spacing w:after="40" w:before="0"/>
      </w:pPr>
      <w:r>
        <w:rPr>
          <w:rFonts w:ascii="Arial" w:hAnsi="Arial" w:cs="Arial"/>
          <w:b w:val="0"/>
          <w:color w:val="5D5675"/>
          <w:sz w:val="18"/>
          <w:rtl w:val="1"/>
          <w:szCs w:val="18"/>
        </w:rPr>
        <w:t>כיתה ח׳ · יומן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ניסוי – בדיקה שעושים כדי לגלות משהו · מקשים – כפתורים קטנים בטלפון · ברצף – בלי הפסקה · מלווה – שנמצא ליד ועוזר · מונה – כלי שסופר ומודד · להשתעמם – להרגיש שאין מה לעשות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יומן</w:t>
            </w:r>
          </w:p>
          <w:p>
            <w:pPr>
              <w:bidi w:val="1"/>
            </w:pPr>
            <w:r>
              <w:rPr>
                <w:rFonts w:ascii="Arial" w:hAnsi="Arial" w:cs="Arial"/>
                <w:b/>
                <w:color w:val="C2417A"/>
                <w:sz w:val="20"/>
                <w:rtl w:val="1"/>
                <w:szCs w:val="20"/>
                <w:bCs/>
              </w:rPr>
              <w:t>שבוע עם טלפון "טיפש"</w:t>
            </w:r>
          </w:p>
          <w:p>
            <w:pPr>
              <w:bidi w:val="1"/>
            </w:pPr>
            <w:r>
              <w:rPr>
                <w:rFonts w:ascii="Arial" w:hAnsi="Arial" w:cs="Arial"/>
                <w:b/>
                <w:color w:val="5D5675"/>
                <w:sz w:val="20"/>
                <w:rtl w:val="1"/>
                <w:szCs w:val="20"/>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יום חמישי. בדקתי: עד היום ביליתי בסמארטפון, לפי המונה שלו, בערך חמש שעות ביום. חמש שעות! זה יותר מכל השיעורים של יום שישי ביחד. השבוע ציירתי, אפיתי עם אימא עוגת תפוחים, ושיחקתי שש־בש עם סבא, שסוף סוף הבין שאני כבר לא נותנת לו לנצח בכוונה.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יום שבת. ישבתי עם סבא במרפסת ושאלתי אותו איך היה פעם, בלי טלפון בכלל. הוא חשב רגע ואמר: "היה לנו יותר זמן לשעמם, ומהשעמום הזה המצאנו דברים." אני לא בטוחה שאני רוצה להשתעמם. אבל אני כבר יודעת שהשבוע הזה היה הכי פחות משעמם שהיה לי מזה זמן רב.</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עשתה נועה בהפסקה ביום שני?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שיחקה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קראה 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ישנה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שמה נועה לב ביום שלישי?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לפרסומת חדשה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לנהג שאומר "בוקר טוב" לכל נוסע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לשיר ברדיו</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שלושה כללים החליטה נועה לקבוע לעצמה?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נועה כותבת שהושיטה יד לכיס "כמו שמושיטים יד למעקה שאינו שם".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הדימוי מראה שהטלפון היה בשבילה… 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התחושות של עידו ושל מאיה בפסקה ד. מה מסבירה המורה על ההבדל ביניהן?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עידו מרגיש… ואילו מאיה מרגישה… 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סבא במשפט "מהשעמום הזה המצאנו דברים"? איך זה קשור למה שנועה עשתה השבוע?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היומן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3: "זה רק מם"</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שמורה – שטח טבע שהחוק שומר עליו · כיתוב – משפט שכותבים על תמונה · מדבקה – תמונה קטנה ששולחים בהודעות · רשות – הסכמה, אישור · פרטיות – הזכות שדברים אישיים יישארו שלי · הודעה נעוצה – הודעה שנשארת קבועה בראש הקבוצה</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"זה רק מם"</w:t>
            </w:r>
          </w:p>
          <w:p>
            <w:pPr>
              <w:bidi w:val="1"/>
            </w:pPr>
            <w:r>
              <w:rPr>
                <w:rFonts w:ascii="Arial" w:hAnsi="Arial" w:cs="Arial"/>
                <w:b/>
                <w:color w:val="5D5675"/>
                <w:sz w:val="20"/>
                <w:rtl w:val="1"/>
                <w:szCs w:val="20"/>
                <w:bCs/>
              </w:rPr>
              <w:t>תמונה מצחיקה, כיתוב שנון, ותוך דקה כל השכבה צוחקת. רק לאחד זה לא היה מצחיק בכלל.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עמית לא הבין מה הבעיה. הרי הוא לא כתב שום דבר רע. הוא לא קילל, לא העליב. בערב, כשאחותו הקטנה הראתה לו את התמונה בטלפון שלה ושאלה "זה החבר שלך מהכיתה?", הוא הרגיש פתאום משהו לא נעים בבטן. הוא דמיין את עצמו במקום אורן, בבוץ, עם כל השכבה צוחקת, ותמונה שהוא לא יכול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עמית מחק את התמונה מהקבוצה וכתב שם הודעה: "העליתי תמונה של אורן בלי לשאול אותו. זה לא היה בסדר. מבקש מכולם למחוק." רוב החברים מחקו. אחרים לא. אחר כך ניגש לאורן. "לא ידעתי שזה ככה בשבילך," אמר. אורן הסתכל עליו רגע. "גם אני לא ידעתי, עד שזה קרה 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שלאחר מכן קבעה הכיתה כלל חדש בקבוצת ההודעות, וכתבה אותו בהודעה הנעוצה: "לפני שמעלים תמונה של מישהו – שואלים אותו." זה כלל פשוט. אבל, כמו שאמרה המחנכת, "כללים פשוטים הם הכי קשים לשכוח."</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לאורן בטיול?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הלך לאיבוד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נפל לשלולית בוץ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שכח את התיק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קרה לתמונה?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עמית מחק אותה מיד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התפשטה ועד הבוקר הייתה בכל 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אורן ראה אותה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כלל חדש קבעה הכיתה בקבוצת ההודעות?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אורן אומר: "לא צחקתי. רק עשיתי פרצוף של צוחק." מה ניתן להסיק מכך על הרגשות שלו?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אורן הרגיש… אבל…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גרם לעמית להבין שהוא טעה? מה ההבדל בין מה שחשב בפסקה ד לבין מה שהרגיש בסופה?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היועצת "ברשת אין מחק אמיתי", ונמקו בעזרת פרט מן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 למשל בסיפור…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4: המנעול הדיגיטלי</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לנצל – להשתמש במישהו לטובתך בדרך לא הוגנת · אימות דו־שלבי – כניסה לחשבון בעזרת סיסמה וגם קוד נוסף · פומבי – שכולם יכולים לראות · חשודות – שנראות לא אמינות · מתחזים – מעמידים פנים שהם מישהו אחר · לחסום – למנוע ממישהו לפנות אליך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המנעול הדיגיטלי</w:t>
            </w:r>
          </w:p>
          <w:p>
            <w:pPr>
              <w:bidi w:val="1"/>
            </w:pPr>
            <w:r>
              <w:rPr>
                <w:rFonts w:ascii="Arial" w:hAnsi="Arial" w:cs="Arial"/>
                <w:b/>
                <w:color w:val="5D5675"/>
                <w:sz w:val="20"/>
                <w:rtl w:val="1"/>
                <w:szCs w:val="20"/>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סכנה אחרת אינה טכנית אלא אנושית: אנשים זרים שמתחזים לבני גילכם, מחמיאים מאוד ובונים "קשר מיוחד", ואחר כך מבקשים סודות, תמונות או מפגש. סימן אזהרה חשוב הוא בקשה לשמור על הקשר בסוד מההורים. כאן הכלל ברור: אף פעם לא שולחים תמונות אישיות, ואף פעם לא נפגשים עם מי שהכרתם רק ברשת בלי שמבוגר אחראי יודע.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משהו כבר קרה? אם חשבון נפרץ, אם מישהו מאיים או מטריד, אם תמונה הופצה בלי רשות – אסור להתבייש ואסור לשתוק. צריך לשמור צילומי מסך, לחסום, לדווח בפלטפורמה ולספר מיד למבוגר שסומכים עליו: הורה, מחנכת או יועצת. מי שנפגע ברשת אינו אשם. האשם הוא מי שפוגע.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סיסמה היא החזקה ביותר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123456</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שם המשפחה שלי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חתול-מטריה-כוכב-ירוק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לא כדאי לפרסם בפרופיל פומבי?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את הצבע האהוב עליי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הכתובת שלי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את שם הספר שקראתי</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צריך לעשות אם חשבון נפרץ או אם מישהו מטריד ברשת? ציינו שלושה צעדים.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המשותף להודעות החשודות שמוצגות בפסקה ד, ומדוע זה מסוכן?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המשותף להודעות הוא ש…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מדוע בקשה "לשמור על הקשר בסוד מההורים" היא סימן אזהרה חשוב?</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ההשוואה בין הרגלי הגנה ברשת לבין "חגורת בטיחות".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כמו שחגורת בטיחות… כך ההרגלים ברשת…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5: חדשות בכיס</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עורך – מי שבודק ומחליט מה יתפרסם · כוזבות – לא נכונות, שקריות · לאמת – לבדוק שמשהו נכון · אינטרס – טובה או רווח שמישהו רוצה להשיג · מנגנון – שיטה קבועה שפועלת כדי שמשהו יקרה · בועה – מקום סגור, מנותק ממה שבחוץ</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חדשות בכיס</w:t>
            </w:r>
          </w:p>
          <w:p>
            <w:pPr>
              <w:bidi w:val="1"/>
            </w:pPr>
            <w:r>
              <w:rPr>
                <w:rFonts w:ascii="Arial" w:hAnsi="Arial" w:cs="Arial"/>
                <w:b/>
                <w:color w:val="5D5675"/>
                <w:sz w:val="20"/>
                <w:rtl w:val="1"/>
                <w:szCs w:val="20"/>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בנוסף, הרשתות מציגות לכל אחד את מה שהוא אוהב לראות. מערכות ממוחשבות לומדות על מה אנחנו לוחצים, ומציגות לנו עוד מאותו דבר. כך נוצרת "בועת מידע": אנחנו רואים בעיקר דעות שמתאימות לשלנו, ומתחילים לחשוב שכולם חושבים כמונו.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איך מתגוננים? לפני שמשתפים ידיעה, כדאי לשאול ארבע שאלות: מי פרסם את זה, והאם הוא מקור אמין? האם יש עוד מקורות שמדווחים על אותו דבר? מתי זה פורסם – אולי זו ידיעה ישנה? והאם הידיעה מנסה לגרום לי לכעוס או לפחד במיוחד? אם התשובה לשאלה האחרונה היא "כן", זה הזמן לעצור ולבדוק פעמיים.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יתרון של הרשתות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יש בהן עורך שבודק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הן מהירות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כל מה שכתוב בהן נכון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ידיעות כוזבות מתפשטות מהר?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הן ארוכות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הן מעוררות רגשות חזקים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עיתונאים כותבים אותן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מחייבים עיתונאי מקצועי, לפי פסקה ד?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חדשות ברשתות לבין עיתונות מקצועית: ציינו הבדל אחד בדרך הבדיקה של המידע.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ברשתות… ואילו בעיתונות…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"בועת מידע" בלשונכם. מדוע היא מסוכנת?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הכותב לומר במשפט "כל לחיצה על 'שתף' היא החלטה קטנה של עורך"?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הכותב רוצה לומר שכאשר אנחנו משתפים…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1 · חיים ברשת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1 · חיים ברשת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