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חיים ברשת</w:t>
      </w:r>
    </w:p>
    <w:p>
      <w:pPr>
        <w:bidi w:val="1"/>
        <w:spacing w:after="40" w:before="0"/>
      </w:pPr>
      <w:r>
        <w:rPr>
          <w:rFonts w:ascii="Arial" w:hAnsi="Arial" w:cs="Arial"/>
          <w:b w:val="0"/>
          <w:color w:val="5D5675"/>
          <w:sz w:val="18"/>
          <w:rtl w:val="1"/>
          <w:szCs w:val="18"/>
        </w:rPr>
        <w:t>מאגר טקסטים לתרגול · כיתה ח׳ · חוברת 1 · 5 טקסטים · גרסה: רגיל</w:t>
      </w:r>
    </w:p>
    <w:p>
      <w:pPr>
        <w:bidi w:val="1"/>
        <w:spacing w:after="40" w:before="0"/>
      </w:pPr>
      <w:r>
        <w:rPr>
          <w:rFonts w:ascii="Arial" w:hAnsi="Arial" w:cs="Arial"/>
          <w:b w:val="0"/>
          <w:sz w:val="22"/>
          <w:rtl w:val="1"/>
          <w:szCs w:val="22"/>
        </w:rPr>
        <w:t>פילטרים, טלפון, תמונות, אבטחה וחדשות: איך חיים נכון עם המסך.</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  </w:t>
      </w:r>
      <w:r>
        <w:rPr>
          <w:rFonts w:ascii="Arial" w:hAnsi="Arial" w:cs="Arial"/>
          <w:b/>
          <w:sz w:val="22"/>
          <w:rtl w:val="1"/>
          <w:szCs w:val="22"/>
          <w:bCs/>
        </w:rPr>
        <w:t>האמת מאחורי הפילטרים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  </w:t>
      </w:r>
      <w:r>
        <w:rPr>
          <w:rFonts w:ascii="Arial" w:hAnsi="Arial" w:cs="Arial"/>
          <w:b/>
          <w:sz w:val="22"/>
          <w:rtl w:val="1"/>
          <w:szCs w:val="22"/>
          <w:bCs/>
        </w:rPr>
        <w:t>שבוע עם טלפון "טיפש"</w:t>
      </w:r>
      <w:r>
        <w:rPr>
          <w:rFonts w:ascii="Arial" w:hAnsi="Arial" w:cs="Arial"/>
          <w:b w:val="0"/>
          <w:color w:val="7A7392"/>
          <w:sz w:val="18"/>
          <w:rtl w:val="1"/>
          <w:szCs w:val="18"/>
        </w:rPr>
        <w:t xml:space="preserve">   יומן</w:t>
      </w:r>
    </w:p>
    <w:p>
      <w:pPr>
        <w:bidi w:val="1"/>
        <w:spacing w:after="40" w:before="0"/>
      </w:pPr>
      <w:r>
        <w:rPr>
          <w:rFonts w:ascii="Arial" w:hAnsi="Arial" w:cs="Arial"/>
          <w:b/>
          <w:color w:val="C2417A"/>
          <w:sz w:val="22"/>
          <w:rtl w:val="1"/>
          <w:szCs w:val="22"/>
          <w:bCs/>
        </w:rPr>
        <w:t xml:space="preserve">טקסט 3  </w:t>
      </w:r>
      <w:r>
        <w:rPr>
          <w:rFonts w:ascii="Arial" w:hAnsi="Arial" w:cs="Arial"/>
          <w:b/>
          <w:sz w:val="22"/>
          <w:rtl w:val="1"/>
          <w:szCs w:val="22"/>
          <w:bCs/>
        </w:rPr>
        <w:t>"זה רק מם"</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4  </w:t>
      </w:r>
      <w:r>
        <w:rPr>
          <w:rFonts w:ascii="Arial" w:hAnsi="Arial" w:cs="Arial"/>
          <w:b/>
          <w:sz w:val="22"/>
          <w:rtl w:val="1"/>
          <w:szCs w:val="22"/>
          <w:bCs/>
        </w:rPr>
        <w:t>המנעול הדיגיטלי</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5  </w:t>
      </w:r>
      <w:r>
        <w:rPr>
          <w:rFonts w:ascii="Arial" w:hAnsi="Arial" w:cs="Arial"/>
          <w:b/>
          <w:sz w:val="22"/>
          <w:rtl w:val="1"/>
          <w:szCs w:val="22"/>
          <w:bCs/>
        </w:rPr>
        <w:t>חדשות בכיס</w:t>
      </w:r>
      <w:r>
        <w:rPr>
          <w:rFonts w:ascii="Arial" w:hAnsi="Arial" w:cs="Arial"/>
          <w:b w:val="0"/>
          <w:color w:val="7A7392"/>
          <w:sz w:val="18"/>
          <w:rtl w:val="1"/>
          <w:szCs w:val="18"/>
        </w:rPr>
        <w:t xml:space="preserve">   טקסט מידעי</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 האמת מאחורי הפילטרים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שינוי תווי הפנים; החלקת העור; הצרת הגוף; הוספת תאורה מחמיאה.  [מילים להדגשה: על פי פסקה א, אילו שינויים, שני פרטים]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הם משווים את עצמם לדמות הערוכה, מרגישים תסכול עמוק וחושבים שמשהו אצלם לא בסדר (האף, העור, השיער).  [מילים להדגשה: לפי, מה קורה]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גישה אחת: שימוש ממושך מגביר חרדה חברתית ומוריד ערך עצמי. גישה שנייה (אופטימית): הכלים הם צורת יצירה מודרנית, ובני הנוער יודעים להבחין בין דמיון למציאות.  [מילים להדגשה: אילו, שתי גישות מנוגדות, פסקה ג]</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שם לב שהוא כבר לא מוכן שיצלמו אותו בלי פילטר או מזווית אחרת, ושהוא מתבייש בפניו האמיתיות – הכלי שנועד לכיף התחיל לקבוע את ההתנהגות ואת ההרגשה שלו.  [מילים להדגשה: הסיקו, מה גרם]</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שונה: בתמונה הערוכה הם נראים "מושלמים", ובמראה הם רואים את עצמם כמו שהם – עם "פגמים". דומה: בשני המקרים הם מסתכלים על עצמם ושופטים את המראה שלהם, ובשניהם השאלה היא איך אחרים יראו אותם.  [מילים להדגשה: השוו, מה שונה, מה דומה]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  [מילים להדגשה: מה משמעות, הסבירו במילים שלכם, הציעו דרך אחת]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הצהרת עמדה ברורה + נימוק הגיוני + פרט מהטקסט (למשל דברי ד"ר ברק או הניסוי של עומר) או מניסיון אישי.  [מילים להדגשה: באיזו עמדה, נמקו, פרט אחד לפחות]</w:t>
      </w:r>
    </w:p>
    <w:p>
      <w:pPr>
        <w:bidi w:val="1"/>
        <w:spacing w:after="40" w:before="0"/>
      </w:pPr>
      <w:r>
        <w:rPr>
          <w:rFonts w:ascii="Arial" w:hAnsi="Arial" w:cs="Arial"/>
          <w:b/>
          <w:color w:val="6B4FC4"/>
          <w:sz w:val="22"/>
          <w:rtl w:val="1"/>
          <w:szCs w:val="22"/>
          <w:bCs/>
        </w:rPr>
        <w:t>🔑 2. שבוע עם טלפון "טיפש" – יומן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פתחה ספר שהיה בתיק וקראה עשרים עמודים ברצף.  [מילים להדגשה: מה עשתה, ביום שני]</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שניים מאלה: לעץ ליד התחנה שמתחיל להאדים; לשכנה שמטיילת עם הכלב בשבע וחצי; לנהג האוטובוס שאומר "בוקר טוב" לכל נוסע.  [מילים להדגשה: לאילו דברים, ציינו שניים]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לפתוח את הסמארטפון בשעה הראשונה של הבוקר; לא להכניס אותו למיטה; להשאיר אותו בתיק בהפסקה לפחות פעמיים בשבוע.  [מילים להדגשה: אילו, שלושה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הרגל חזק ותחושת חוסר ביטחון: הטלפון היה בשבילה כמו משהו להיאחז בו, ובלעדיו היא מרגישה שחסרה לה תמיכה.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  [מילים להדגשה: השוו, מה מסבירה]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שזמן פנוי בלי גירויים מעורר יצירתיות; גם נועה, כשלא היה לה טלפון, ציירה, אפתה, קראה ושיחקה – כלומר מצאה דרכים חדשות להעסיק את עצמה.  [מילים להדגשה: מה רוצה לומר, איך קשור]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מהיומן (למשל: חמש שעות ביום; עידו ישן טוב יותר; מאיה הרגישה בודדה; שלושת הכללים של נועה).  [מילים להדגשה: באיזו עמדה, נמקו, פרט אחד לפחות]</w:t>
      </w:r>
    </w:p>
    <w:p>
      <w:pPr>
        <w:bidi w:val="1"/>
        <w:spacing w:after="40" w:before="0"/>
      </w:pPr>
      <w:r>
        <w:rPr>
          <w:rFonts w:ascii="Arial" w:hAnsi="Arial" w:cs="Arial"/>
          <w:b/>
          <w:color w:val="6B4FC4"/>
          <w:sz w:val="22"/>
          <w:rtl w:val="1"/>
          <w:szCs w:val="22"/>
          <w:bCs/>
        </w:rPr>
        <w:t>🔑 3. "זה רק מם"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הוא החליק על אבן רטובה ונפל לתוך שלולית בוץ.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שניים מאלה: הגיעו עשרות תגובות של פרצופים צוחקים; מישהו הפך אותה למדבקה; מישהי שלחה אותה לאחותה בתיכון; עד הבוקר היא הייתה בכל מקום.  [מילים להדגשה: מה קרה, שני פרטים]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שמעלים תמונה של מישהו – שואלים אותו.  [מילים להדגשה: איזה כלל]</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נפגע ומושפל, אבל הסתיר זאת כדי לא להיראות "רגיש" מול כולם; החיוך היה מסכה. המשפט מלמד שלא תמיד מי שנראה צוחק באמת נהנה.  [מילים להדגשה: מה ניתן להסיק, הרגשות]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כשאחותו הקטנה הראתה לו את התמונה, הוא הבין כמה רחוק היא הגיעה ודמיין את עצמו במקום אורן. בהתחלה חשב שאין בעיה כי לא כתב משהו רע; אחר כך הרגיש אי־נוחות והזדהה עם אורן.  [מילים להדגשה: מה גרם, מה ההבדל]</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אחרי מחיקה, התמונה כבר נשמרה והועברה למקומות אחרים. בסיפור: עמית ביקש מכולם למחוק – "רוב החברים מחקו. אחרים לא"; היא גם נשלחה לאחות בתיכון והפכה למדבקה.  [מילים להדגשה: הסבירו, נמקו, פרט מן הסיפור]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התמונה יצאה מהקבוצה הסגורה; אורן "רק עשה פרצוף של צוחק").  [מילים להדגשה: באיזו עמדה, נמקו, פרט אחד לפחות]</w:t>
      </w:r>
    </w:p>
    <w:p>
      <w:pPr>
        <w:bidi w:val="1"/>
        <w:spacing w:after="40" w:before="0"/>
      </w:pPr>
      <w:r>
        <w:rPr>
          <w:rFonts w:ascii="Arial" w:hAnsi="Arial" w:cs="Arial"/>
          <w:b/>
          <w:color w:val="6B4FC4"/>
          <w:sz w:val="22"/>
          <w:rtl w:val="1"/>
          <w:szCs w:val="22"/>
          <w:bCs/>
        </w:rPr>
        <w:t>🔑 4. המנעול הדיגיטלי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ארוכה; לא כוללת שם משפחה, תאריך לידה או "123456"; מחברת כמה מילים בלי קשר ביניהן; שונה בכל מקום.  [מילים להדגשה: מהי, פסקה ב, שני מאפיינים]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כתובת, שם בית הספר, מיקום בזמן אמת ומספר טלפון.  [מילים להדגשה: אילו פרטים]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שלושה מאלה: לשמור צילומי מסך; לחסום; לדווח בפלטפורמה; לספר מיד למבוגר שסומכים עליו.  [מילים להדגשה: מה צריך לעשות, שלושה צעדים]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כולן יוצרות לחץ ודחיפות (פרס, חסימה, בקשה פתאומית) כדי שנפעל מהר בלי לחשוב; כשפועלים בלחץ, קל ללחוץ על קישור מזיק או למסור קוד.  [מילים להדגשה: מה המשותף, מדוע מסוכן]</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כי מי שכוונותיו טובות אינו צריך להסתיר את הקשר; הסוד נועד לנתק את הנער או הנערה ממבוגרים שיכולים להגן עליהם.  [מילים להדגשה: מדוע]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כמו שחגורת בטיחות לא מונעת נסיעה אלא מאפשרת לנסוע בבטחה, כך הרגלי ההגנה לא נועדו להרחיק אותנו מהרשת אלא לאפשר לנו ליהנות ממנה בלי פחד.  [מילים להדגשה: הסבירו, ההשוואה]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סימן האזהרה של "סוד מההורים"; "מי שנפגע ברשת אינו אשם"; ההרגלים שאפשר ללמוד).  [מילים להדגשה: באיזו עמדה, נמקו, פרט אחד לפחות]</w:t>
      </w:r>
    </w:p>
    <w:p>
      <w:pPr>
        <w:bidi w:val="1"/>
        <w:spacing w:after="40" w:before="0"/>
      </w:pPr>
      <w:r>
        <w:rPr>
          <w:rFonts w:ascii="Arial" w:hAnsi="Arial" w:cs="Arial"/>
          <w:b/>
          <w:color w:val="6B4FC4"/>
          <w:sz w:val="22"/>
          <w:rtl w:val="1"/>
          <w:szCs w:val="22"/>
          <w:bCs/>
        </w:rPr>
        <w:t>🔑 5. חדשות בכיס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הן מהירות; הן מאפשרות לשמוע קולות של אנשים רגילים; הן נגישות.  [מילים להדגשה: מהם, שלושת היתרונות, פסקה 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כי הן מפתיעות, מפחידות או מרגיזות, ורגשות חזקים גורמים לנו ללחוץ על "שתף".  [מילים להדגשה: מדוע]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לאמת מידע בשני מקורות לפחות; לתת לצד המואשם להגיב; להפריד בין ידיעה לדעה; לפרסם תיקון כשטועים.  [מילים להדגשה: אילו כללים, פסקה ד,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 כל אחד יכול לפרסם ואין עורך שבודק; בעיתונות יש עורכים, אימות בשני מקורות ופרסום תיקונים.  [מילים להדגשה: השוו, הבדל אחד]</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מצב שבו המערכות מציגות לנו בעיקר תכנים שמתאימים לדעות שלנו; היא מסוכנת כי אנחנו לא נחשפים לדעות אחרות ומתחילים לחשוב שכולם חושבים כמונו.  [מילים להדגשה: הסבירו, המונח, מדוע מסוכנת]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שכאשר אנחנו משתפים, אנחנו מחליטים מה יגיע לאחרים – בדיוק כמו עורך; לכן גם עלינו מוטלת אחריות לבדוק את המידע לפני שמפיצים אותו.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יתרונות הרשתות; מהירות ההפצה של כזב; ארבע השאלות; "העתיד הוא שילוב").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 האמת מאחורי הפילטרים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האמת מאחורי הפילטרים</w:t>
            </w:r>
          </w:p>
          <w:p>
            <w:pPr>
              <w:bidi w:val="1"/>
            </w:pPr>
            <w:r>
              <w:rPr>
                <w:rFonts w:ascii="Arial" w:hAnsi="Arial" w:cs="Arial"/>
                <w:b/>
                <w:color w:val="5D5675"/>
                <w:sz w:val="20"/>
                <w:rtl w:val="1"/>
                <w:szCs w:val="20"/>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מחקרים שנערכו בשנים האחרונות מצביעים על כך ששימוש ממושך ברשתות שמבוססות על מראה חיצוני עלול להגביר חרדה חברתית ולהוריד את הערך העצמי, במיוחד בקרב תלמידים ותלמידות בכיתות ח׳ ו־ט׳. מנגד, יש בני נוער ומחנכים שמציגים גישה אופטימית יותר. לדבריהם, הכלים הדיגיטליים הם צורה מודרנית של יצירה ושל משחק עם זהות, ובני הנוער של היום נבונים מספיק כדי להבחין בין עולם הדמיון שברשת לבין החיים האמיתיים.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אילו שינויים מאפשרים יישומוני הצילום בלחיצת כפתור אחת?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לפי ד"ר טל ברק בפסקה ב, מה קורה למתבגרים כשהתמונה הערוכה הופכת אצלם ל"נורמלי"?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בפסקה ג לגבי השפעת הכלים הדיגיטליים?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מדבריו של עומר בפסקה ד: מה גרם לו להבין שהפילטרים "התחילו לנהל אותו"?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האופן שבו מתבגרים רואים את עצמם במראה לבין האופן שבו הם רואים את עצמם בתמונות הערוכות, על סמך פסקאות א–ב. מה שונה ומה דומה?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המונח "חוסן חזותי" (פסקה ה)? הסבירו במילים שלכם, והציעו דרך אחת ליישם אותו בבית הספר.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לפחות על פרט אחד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 שבוע עם טלפון "טיפש"</w:t>
      </w:r>
    </w:p>
    <w:p>
      <w:pPr>
        <w:bidi w:val="1"/>
        <w:spacing w:after="40" w:before="0"/>
      </w:pPr>
      <w:r>
        <w:rPr>
          <w:rFonts w:ascii="Arial" w:hAnsi="Arial" w:cs="Arial"/>
          <w:b w:val="0"/>
          <w:color w:val="5D5675"/>
          <w:sz w:val="18"/>
          <w:rtl w:val="1"/>
          <w:szCs w:val="18"/>
        </w:rPr>
        <w:t>כיתה ח׳ · יומן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יומן</w:t>
            </w:r>
          </w:p>
          <w:p>
            <w:pPr>
              <w:bidi w:val="1"/>
            </w:pPr>
            <w:r>
              <w:rPr>
                <w:rFonts w:ascii="Arial" w:hAnsi="Arial" w:cs="Arial"/>
                <w:b/>
                <w:color w:val="C2417A"/>
                <w:sz w:val="20"/>
                <w:rtl w:val="1"/>
                <w:szCs w:val="20"/>
                <w:bCs/>
              </w:rPr>
              <w:t>שבוע עם טלפון "טיפש"</w:t>
            </w:r>
          </w:p>
          <w:p>
            <w:pPr>
              <w:bidi w:val="1"/>
            </w:pPr>
            <w:r>
              <w:rPr>
                <w:rFonts w:ascii="Arial" w:hAnsi="Arial" w:cs="Arial"/>
                <w:b/>
                <w:color w:val="5D5675"/>
                <w:sz w:val="20"/>
                <w:rtl w:val="1"/>
                <w:szCs w:val="20"/>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יום חמישי. בדקתי: עד היום ביליתי בסמארטפון, לפי המונה שלו, בערך חמש שעות ביום. חמש שעות! זה יותר מכל השיעורים של יום שישי ביחד. השבוע ציירתי, אפיתי עם אימא עוגת תפוחים, ושיחקתי שש־בש עם סבא, שסוף סוף הבין שאני כבר לא נותנת לו לנצח בכוונה.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יום שבת. ישבתי עם סבא במרפסת ושאלתי אותו איך היה פעם, בלי טלפון בכלל. הוא חשב רגע ואמר: "היה לנו יותר זמן לשעמם, ומהשעמום הזה המצאנו דברים." אני לא בטוחה שאני רוצה להשתעמם. אבל אני כבר יודעת שהשבוע הזה היה הכי פחות משעמם שהיה לי מזה זמן רב.</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עשתה נועה בהפסקה ביום שני, כשלא היה לה סמארטפון?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לאילו דברים שמה נועה לב ביום שלישי?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שלושה כללים החליטה נועה לקבוע לעצמה?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נועה כותבת שהושיטה יד לכיס "כמו שמושיטים יד למעקה שאינו שם".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התחושות של עידו ושל מאיה בפסקה ד. מה מסבירה המורה על ההבדל ביניהן?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סבא במשפט "מהשעמום הזה המצאנו דברים"? איך זה קשור למה שנועה עשתה השבוע?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היומן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3: "זה רק מם"</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כמעט כל אחד צילם פעם חבר ברגע מביך, ולחץ על "שתף". האם זה בסדר לפרסם תמונה של מישהו בלי לבקש? הסיפור שלפניכם מעלה את השאלה הזאת. קראו, וחשבו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"זה רק מם"</w:t>
            </w:r>
          </w:p>
          <w:p>
            <w:pPr>
              <w:bidi w:val="1"/>
            </w:pPr>
            <w:r>
              <w:rPr>
                <w:rFonts w:ascii="Arial" w:hAnsi="Arial" w:cs="Arial"/>
                <w:b/>
                <w:color w:val="5D5675"/>
                <w:sz w:val="20"/>
                <w:rtl w:val="1"/>
                <w:szCs w:val="20"/>
                <w:bCs/>
              </w:rPr>
              <w:t>תמונה מצחיקה, כיתוב שנון, ותוך דקה כל השכבה צוחקת. רק לאחד זה לא היה מצחיק בכלל.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בטיול השנתי, בשמורה, החליק אורן על אבן רטובה ונפל לתוך שלולית בוץ. זה נראה כמו סצנה מסרט מצחיק: הרגליים למעלה, הכובע עף, ופרצוף מופתע לגמרי. עמית, שעמד שני מטרים ממנו, כבר החזיק את הטלפון. קליק.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בערב, באוטובוס בחזרה, עמית הוסיף לתמונה כיתוב: "כשהמורה אומרת 'תיזהרו' ואתה בטוח שזה לא עליך". הוא שלח אותה לקבוצת ההודעות של השכבה. תוך דקה הגיעו עשרות תגובות של פרצופים צוחקים. מישהו הפך אותה למדבקה, ומישהי שלחה אותה לאחותה בתיכון. עד הבוקר, התמונה הייתה בכל מקום.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אורן ראה אותה רק למחרת, כשנכנס לכיתה וכמה תלמידים צעקו "תיזהר!" וצחקו. הוא חייך בכוח, כמו שמחייכים כשרוצים שזה ייגמר מהר. בהפסקה ניגש לעמית. "תמחק את זה," אמר בשקט. "די, זה רק מם," ענה עמית. "כולם צחקו, גם אתה צחקת." "לא צחקתי," אמר אורן. "רק עשיתי פרצוף של צוחק."</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עמית לא הבין מה הבעיה. הרי הוא לא כתב שום דבר רע. הוא לא קילל, לא העליב. בערב, כשאחותו הקטנה הראתה לו את התמונה בטלפון שלה ושאלה "זה החבר שלך מהכיתה?", הוא הרגיש פתאום משהו לא נעים בבטן. הוא דמיין את עצמו במקום אורן, בבוץ, עם כל השכבה צוחקת, ותמונה שהוא לא יכול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היועצת, שקיבלה פנייה מההורים של אורן, הסבירה בכיתה שתמונה של אדם היא חלק מהפרטיות שלו. לפרסם אותה בלי רשות, במיוחד ברגע מביך, עלול לפגוע בו גם אם הכוונה הייתה לצחוק. "ברשת אין מחק אמיתי," אמרה. "גם אחרי שמוחקים, מישהו כבר שמר, העביר, צילם מסך." היא הוסיפה שבמקרים מסוימים, פרסום כזה עלול אף להיות עבירה על החוק.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עמית מחק את התמונה מהקבוצה וכתב שם הודעה: "העליתי תמונה של אורן בלי לשאול אותו. זה לא היה בסדר. מבקש מכולם למחוק." רוב החברים מחקו. אחרים לא. אחר כך ניגש לאורן. "לא ידעתי שזה ככה בשבילך," אמר. אורן הסתכל עליו רגע. "גם אני לא ידעתי, עד שזה קרה 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בשבוע שלאחר מכן קבעה הכיתה כלל חדש בקבוצת ההודעות, וכתבה אותו בהודעה הנעוצה: "לפני שמעלים תמונה של מישהו – שואלים אותו." זה כלל פשוט. אבל, כמו שאמרה המחנכת, "כללים פשוטים הם הכי קשים לשכוח."</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לאורן בטיול השנתי?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קרה לתמונה אחרי שעמית שלח אותה לקבוצת השכבה?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איזה כלל חדש קבעה הכיתה בקבוצת ההודעות?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אורן אומר: "לא צחקתי. רק עשיתי פרצוף של צוחק." מה ניתן להסיק מכך על הרגשות שלו?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גרם לעמית להבין שהוא טעה? מה ההבדל בין מה שחשב בפסקה ד לבין מה שהרגיש בסופה?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היועצת "ברשת אין מחק אמיתי", ונמקו בעזרת פרט מן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שאם תמונה מצחיקה ולא כתוב בה שום דבר מעליב, מותר לפרסם אותה בקבוצה סגורה של חברים, כי זה "רק צחוק". אחרים טוענים שאסור לפרסם שום תמונה של אדם בלי לבקש ממנו רשות, גם אם היא נראית תמימה.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4: המנעול הדיגיטלי</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המנעול הדיגיטלי</w:t>
            </w:r>
          </w:p>
          <w:p>
            <w:pPr>
              <w:bidi w:val="1"/>
            </w:pPr>
            <w:r>
              <w:rPr>
                <w:rFonts w:ascii="Arial" w:hAnsi="Arial" w:cs="Arial"/>
                <w:b/>
                <w:color w:val="5D5675"/>
                <w:sz w:val="20"/>
                <w:rtl w:val="1"/>
                <w:szCs w:val="20"/>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סכנה אחרת אינה טכנית אלא אנושית: אנשים זרים שמתחזים לבני גילכם, מחמיאים מאוד ובונים "קשר מיוחד", ואחר כך מבקשים סודות, תמונות או מפגש. סימן אזהרה חשוב הוא בקשה לשמור על הקשר בסוד מההורים. כאן הכלל ברור: אף פעם לא שולחים תמונות אישיות, ואף פעם לא נפגשים עם מי שהכרתם רק ברשת בלי שמבוגר אחראי יודע.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משהו כבר קרה? אם חשבון נפרץ, אם מישהו מאיים או מטריד, אם תמונה הופצה בלי רשות – אסור להתבייש ואסור לשתוק. צריך לשמור צילומי מסך, לחסום, לדווח בפלטפורמה ולספר מיד למבוגר שסומכים עליו: הורה, מחנכת או יועצת. מי שנפגע ברשת אינו אשם. האשם הוא מי שפוגע.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מהי סיסמה טובה, לפי פסקה ב? ציינו שני מאפיינים.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פרטים אישיים לא צריכים להופיע בפרופיל פומבי?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צריך לעשות אם חשבון נפרץ או אם מישהו מטריד ברשת? ציינו שלושה צעדים.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המשותף להודעות החשודות שמוצגות בפסקה ד, ומדוע זה מסוכן?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מדוע בקשה "לשמור על הקשר בסוד מההורים" היא סימן אזהרה חשוב?</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ההשוואה בין הרגלי הגנה ברשת לבין "חגורת בטיחות".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5: חדשות בכיס</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חדשות בכיס</w:t>
            </w:r>
          </w:p>
          <w:p>
            <w:pPr>
              <w:bidi w:val="1"/>
            </w:pPr>
            <w:r>
              <w:rPr>
                <w:rFonts w:ascii="Arial" w:hAnsi="Arial" w:cs="Arial"/>
                <w:b/>
                <w:color w:val="5D5675"/>
                <w:sz w:val="20"/>
                <w:rtl w:val="1"/>
                <w:szCs w:val="20"/>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בנוסף, הרשתות מציגות לכל אחד את מה שהוא אוהב לראות. מערכות ממוחשבות לומדות על מה אנחנו לוחצים, ומציגות לנו עוד מאותו דבר. כך נוצרת "בועת מידע": אנחנו רואים בעיקר דעות שמתאימות לשלנו, ומתחילים לחשוב שכולם חושבים כמונו.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איך מתגוננים? לפני שמשתפים ידיעה, כדאי לשאול ארבע שאלות: מי פרסם את זה, והאם הוא מקור אמין? האם יש עוד מקורות שמדווחים על אותו דבר? מתי זה פורסם – אולי זו ידיעה ישנה? והאם הידיעה מנסה לגרום לי לכעוס או לפחד במיוחד? אם התשובה לשאלה האחרונה היא "כן", זה הזמן לעצור ולבדוק פעמיים.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מהם שלושת היתרונות של הרשתות החברתיות, לפי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מדוע, לפי מחקרים, ידיעות כוזבות מתפשטות מהר?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מחייבים עיתונאי מקצועי, לפי פסקה ד?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חדשות ברשתות לבין עיתונות מקצועית: ציינו הבדל אחד בדרך הבדיקה של המידע.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"בועת מידע" בלשונכם. מדוע היא מסוכנת?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הכותב לומר במשפט "כל לחיצה על 'שתף' היא החלטה קטנה של עורך"?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1 · חיים ברשת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1 · חיים ברשת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